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должника об осуществлении взаимодействия с кредитором и (или) его представителем только через представителя либо об отказе от взаимодействия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Заявитель: ______________________________. Вид документа, удостоверяющего личность заявителя: ______________________________, серия ______________________________, номер ______________________________, выдан «___» ____________ 20___ г. ______________________________. Адрес регистрации по месту жительства заявителя: ______________________________. Номер контактного телефона заявителя: __________________. Адрес электронной почты заявителя: нет.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При совершении действий, направленных на возврат просроченной задолженности, ______________________________, сообщаю об отказе от взаимодействия со мной способами, предусмотренными пунктами 1 и 2 части 1 статьи 4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Заявление составлено «___» ____________ 20___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Подпись заявителя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взаимодействия с коллекторами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