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(ответчик):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Дело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отмене заочного решения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Заочным решением от ______________________________ по делу № ______________________________ по иску ______________________________ ко мне ______________________________. Копию заочного решения я получил(-а)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не явился(-лась) в судебное заседание по уважительной причине: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Имеются обстоятельства и доказательства, которые могут повлиять на содержание решения суда: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237, 238, 242 ГПК РФ, прошу суд отменить заочное решение от ______________________________ по делу № ______________________________ и возобновить рассмотрение дела по существу.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документы, подтверждающие уважительность причин неявки; доказательства по существу спора; копии заявления для других лиц, участвующих в деле.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заочного решения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