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уволить меня по собственному желанию «___» ____________ 20___ г. в связи с выходом на пенсию.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увольнение в связи с выходом на пенсию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