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уволить меня по собственному желанию «___» ____________ 20___ г.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увольнение по собственному желанию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