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паспорт 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несогласии с операцией и возврате денежных средств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являюсь клиентом ______________________________ и держателем: ______________________________. С моего счёта списаны денежные средства по следующим операциям: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Общая сумма —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Указанные операции я не совершал(-а) и своего согласия (распоряжения) на них не давал(-а). ____________________________________________________________. О совершении операций без моего согласия я уведомил(-а) банк: ______________________________, то есть в срок, установленный частью 11 статьи 9 Федерального закона «О национальной платёжной системе».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статей 845, 854 ГК РФ и статьи 9 Федерального закона «О национальной платёжной системе»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рассмотреть настоящее заявление и сообщить о результатах в письменной форме в течение 30 дней со дня его получения (60 дней — при трансграничной операции);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вернуть на мой счёт денежные средства в сумме ____________ (____________________________________) рублей;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предоставить сведения о получателе средств и о способе подтверждения операций (IP-адрес, устройство, код подтверждения) для передачи в правоохранительные органы;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выдать мне копию настоящего заявления с отметкой о дате и времени приёма.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выписка по счёту (скриншоты операций).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банк о несогласии с операцией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