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паспорт 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реструктуризации задолженности по кредитному договору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банком заключён кредитный договор ______________________________. Остаток задолженности составляет ____________ (____________________________________) рублей, ежемесячный платёж — ____________ (____________________________________) рублей. Обязательства по договору я исполнял(-а) добросовестно.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настоящее время моё материальное положение существенно ухудшилось: ____________________________________________________________. Вносить платежи в прежнем размере я не могу, но намерен(-а) исполнить обязательства полностью.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рассмотреть возможность реструктуризации задолженности: ______________________________. Прошу не начислять неустойку и не передавать задолженность коллекторам на время рассмотрения заявления.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 прошу направить в письменной форме по указанным контактам.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документы о доходах и изменении материального положения.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реструктуризации кредита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