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АО «Альфа-Банк»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Гаврилов Сергей Юрьевич</w:t>
        <w:br/>
      </w:r>
      <w:r>
        <w:rPr>
          <w:b w:val="0"/>
          <w:sz w:val="24"/>
        </w:rPr>
        <w:t>паспорт 46 10 223344</w:t>
        <w:br/>
      </w:r>
      <w:r>
        <w:rPr>
          <w:b w:val="0"/>
          <w:sz w:val="24"/>
        </w:rPr>
        <w:t>г. Подольск, ул. Кирова, д. 20, кв. 8</w:t>
        <w:br/>
      </w:r>
      <w:r>
        <w:rPr>
          <w:b w:val="0"/>
          <w:sz w:val="24"/>
        </w:rPr>
        <w:t>+7 925 444-55-66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реструктуризации задолженности по кредитному договору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Между мной и банком заключён кредитный договор № F0PDR510S23000000 от 10.05.2025. Остаток задолженности составляет 640 000 (шестьсот сорок тысяч) рублей 00 копеек, ежемесячный платёж — 21 500 (двадцать одна тысяча пятьсот) рублей 00 копеек. Обязательства по договору я исполнял(-а) добросовестно.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настоящее время моё материальное положение существенно ухудшилось: в августе 2026 года мой доход снизился с 95 000 до 55 000 руб. в месяц в связи с переводом на неполный рабочий день; на иждивении двое несовершеннолетних детей. Вносить платежи в прежнем размере я не могу, но намерен(-а) исполнить обязательства полностью.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рассмотреть возможность реструктуризации задолженности: увеличить срок кредита на 24 месяца с уменьшением ежемесячного платежа до 13 000 руб. Прошу не начислять неустойку и не передавать задолженность коллекторам на время рассмотрения заявления.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Ответ прошу направить в письменной форме по указанным контактам.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документы о доходах и изменении материального положения.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23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Гаврилов С. Ю.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реструктуризации кредита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