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банковского счёта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1 статьи 859 ГК РФ расторгаю договор банковского счёта и прошу закрыть счёт №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Остаток денежных средств прошу перечислить по реквизитам: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прекратить начисление любых комиссий и плат за обслуживание с даты получения заявления и выдать мне справку о закрытии счёта и об отсутствии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закрытии счёта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