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ПАО Сбербанк, дополнительный офис № 9038/0123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Кравцова Елена Игоревна</w:t>
        <w:br/>
      </w:r>
      <w:r>
        <w:rPr>
          <w:b w:val="0"/>
          <w:sz w:val="24"/>
        </w:rPr>
        <w:t>паспорт 45 15 778899</w:t>
        <w:br/>
      </w:r>
      <w:r>
        <w:rPr>
          <w:b w:val="0"/>
          <w:sz w:val="24"/>
        </w:rPr>
        <w:t>тел. +7 916 222-33-44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банковского счёта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1 статьи 859 ГК РФ расторгаю договор банковского счёта и прошу закрыть счёт № 40817810000000000005, а также заблокировать и закрыть привязанную к нему карту **** 1234 и все дополнительные карты.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Остаток денежных средств прошу перечислить по реквизитам: счёт № 40817810100000000009 в АО «Т-Банк», БИК 044525974.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прекратить начисление любых комиссий и плат за обслуживание с даты получения заявления и выдать мне справку о закрытии счёта и об отсутствии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Кравцова Е.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закрытии счёта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