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 Ковалёву П. С.</w:t>
        <w:br/>
      </w:r>
      <w:r>
        <w:rPr>
          <w:b w:val="0"/>
          <w:sz w:val="24"/>
        </w:rPr>
        <w:t>ООО «УК «Уютный дом»</w:t>
        <w:br/>
      </w:r>
      <w:r>
        <w:rPr>
          <w:b w:val="0"/>
          <w:sz w:val="24"/>
        </w:rPr>
        <w:t>Адрес: г. Пермь, ул. Ленина, д. 64, офис 2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Тихонова Елена Михайловна</w:t>
        <w:br/>
      </w:r>
      <w:r>
        <w:rPr>
          <w:b w:val="0"/>
          <w:sz w:val="24"/>
        </w:rPr>
        <w:t>собственника помещения по адресу: г. Пермь, ул. Пушкина, д. 18, кв. 52</w:t>
        <w:br/>
      </w:r>
      <w:r>
        <w:rPr>
          <w:b w:val="0"/>
          <w:sz w:val="24"/>
        </w:rPr>
        <w:t>Тел.: +7 912 345-67-89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составлении акта о заливе помещения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16.10.2026 около 21:00 мою квартиру залило водой с верхнего этажа (кв. 56): намокли потолок и стены в кухне и коридоре, повреждён ламинат.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пунктом 152 Правил предоставления коммунальных услуг (утв. Постановлением Правительства РФ № 354) исполнитель обязан составить акт о причинении ущерба имуществу потребителя, а также установить причину залива.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направить представителя для осмотра помещения, составить акт о заливе с описанием повреждений и причины залива в течение 3 (три) рабочих дней и выдать мне один экземпляр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дать в письменной форме в течение 10 рабочих дней со дня получения заявления (Правила осуществления деятельности по управлению многоквартирными домами, утв. Постановлением Правительства РФ № 416).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Тихонова Е. М.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