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Начальнику ЦАФАП ОДД ГИБДД ГУ МВД России по г. Москве</w:t>
        <w:br/>
      </w:r>
      <w:r>
        <w:rPr>
          <w:b w:val="0"/>
          <w:sz w:val="24"/>
        </w:rPr>
        <w:t>127473, г. Москва, ул. Садовая-Самотёчная, д. 1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Орлов Максим Сергеевич</w:t>
        <w:br/>
      </w:r>
      <w:r>
        <w:rPr>
          <w:b w:val="0"/>
          <w:sz w:val="24"/>
        </w:rPr>
        <w:t>адрес: 119049, г. Москва, ул. Донская, д. 8, кв. 25</w:t>
        <w:br/>
      </w:r>
      <w:r>
        <w:rPr>
          <w:b w:val="0"/>
          <w:sz w:val="24"/>
        </w:rPr>
        <w:t>+7 916 777-88-99, orlov@example.ru</w:t>
      </w:r>
    </w:p>
    <w:p>
      <w:pPr>
        <w:spacing w:after="40" w:before="0"/>
        <w:jc w:val="center"/>
      </w:pPr>
      <w:r>
        <w:rPr>
          <w:b/>
          <w:sz w:val="28"/>
        </w:rPr>
        <w:t>ЖАЛОБА</w:t>
      </w:r>
    </w:p>
    <w:p>
      <w:pPr>
        <w:spacing w:after="200" w:before="0"/>
        <w:jc w:val="center"/>
      </w:pPr>
      <w:r>
        <w:rPr>
          <w:b/>
          <w:sz w:val="24"/>
        </w:rPr>
        <w:t>на постановление по делу об административном правонарушении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Постановлением № 18810177260000000000 от 10.10.2026, вынесенное инспектором ЦАФАП ОДД ГИБДД ГУ МВД России по г. Москве я привлечён(-а) к административной ответственности по ч. 2 ст. 12.9 КоАП РФ, штраф 500 руб. за превышение установленной скорости на 25 км/ч автомобилем Kia Rio, госномер А123ВС777, 08.10.2026 в 14:12 на ул. Мосфильмовской. Копию постановления я получил(-а) 14.10.2026 на Госуслугах.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постановлением не согласен(-на), считаю его незаконным и необоснованным.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Вменяемого правонарушения я не совершал(-а): на этом участке 01.10.2026 установлен временный знак 3.24 «Ограничение максимальной скорости 60 км/ч» взамен знака «40 км/ч», что подтверждается фотографиями и видеозаписью с видеорегистратора; с учётом этого превышения скорости более чем на 20 км/ч не было.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силу статьи 1.5 КоАП РФ лицо подлежит административной ответственности только за те правонарушения, в отношении которых установлена его вина; неустранимые сомнения в виновности толкуются в пользу лица, привлекаемого к ответственности. Согласно пункту 3 части 1 статьи 30.7 КоАП РФ при наличии обстоятельств, при которых производство по делу не может быть начато или подлежит прекращению, постановление отменяется.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30.1–30.3, 30.7 КоАП РФ,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отменить постановление № 18810177260000000000 от 10.10.2026, вынесенное инспектором ЦАФАП ОДД ГИБДД ГУ МВД России по г. Москве, производство по делу прекратить;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рассмотреть жалобу с моим участием, известив меня о времени и месте рассмотрения.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копия постановления;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фотографии дорожных знаков от 08.10.2026;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видеозапись с видеорегистратора (на флеш-накопителе)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20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Орлов М.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постановление ГИБДД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