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Старшему судебному приставу</w:t>
        <w:br/>
      </w:r>
      <w:r>
        <w:rPr>
          <w:b w:val="0"/>
          <w:sz w:val="24"/>
        </w:rPr>
        <w:t>Кировский районный отдел судебных приставов г. Самары ГУФССП России по Самарской области</w:t>
        <w:br/>
      </w:r>
      <w:r>
        <w:rPr>
          <w:b w:val="0"/>
          <w:sz w:val="24"/>
        </w:rPr>
        <w:t>443052, г. Самара, ул. Тухачевского,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Ершов Виктор Павлович</w:t>
        <w:br/>
      </w:r>
      <w:r>
        <w:rPr>
          <w:b w:val="0"/>
          <w:sz w:val="24"/>
        </w:rPr>
        <w:t>(взыскателя)</w:t>
        <w:br/>
      </w:r>
      <w:r>
        <w:rPr>
          <w:b w:val="0"/>
          <w:sz w:val="24"/>
        </w:rPr>
        <w:t>Адрес: 443100, г. Самара, ул. Ленинградская, д. 50, кв. 3</w:t>
        <w:br/>
      </w:r>
      <w:r>
        <w:rPr>
          <w:b w:val="0"/>
          <w:sz w:val="24"/>
        </w:rPr>
        <w:t>Тел.: +7 927 123-45-67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бездействие судебного пристава-исполнителя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Исполнительное производство № 123456/26/63001-ИП от 10.03.2026 (должник — Голубев Сергей Олегович) ведёт судебный пристав-исполнитель Морозова А.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бездействие судебного пристава-исполнителя. С марта 2026 года судебный пристав-исполнитель не совершает исполнительных действий: не направлены запросы в банки и Росреестр, не вынесено постановление об обращении взыскания на заработную плату должника, хотя должник официально трудоустроен. На моё заявление от 01.09.2026 о розыске имущества должника ответ не дан. О бездействии я узнал 10.10.2026 из сведений банка данных исполнительных производств.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Судебный пристав-исполнитель обязан принимать меры по своевременному, полному и правильному исполнению исполнительных документов (ст. 12 Федерального закона № 118-ФЗ «Об органах принудительного исполнения»); исполнительные действия должны быть совершены в двухмесячный срок (ст. 36 Закона № 229-ФЗ). О нарушении мне стало известно 10 октября 2026 г., срок подачи жалобы, установленный статьёй 122 Закона № 229-ФЗ, не пропущен.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121–127 Федерального закона № 229-ФЗ «Об исполнительном производстве»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бездействие судебного пристава-исполнителя Морозовой А. Г. незаконным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обязать направить запросы в банки, ФНС, Росреестр и Соцфонд и обратить взыскание на заработную плату должника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рассмотреть моё заявление от 01.09.2026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уведомить меня в порядке и сроки, установленные статьёй 127 Закона № 229-ФЗ.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Ершов В.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судебного пристава-исполнителя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