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Начальнику управления образования администрации г. Тулы</w:t>
        <w:br/>
      </w:r>
      <w:r>
        <w:rPr>
          <w:b w:val="0"/>
          <w:sz w:val="24"/>
        </w:rPr>
        <w:t>300041, г. Тула, ул. Гоголевская, д. 73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Фролова Светлана Ивановна</w:t>
        <w:br/>
      </w:r>
      <w:r>
        <w:rPr>
          <w:b w:val="0"/>
          <w:sz w:val="24"/>
        </w:rPr>
        <w:t>Адрес: 300041, г. Тула, ул. Советская, д. 20, кв. 6</w:t>
        <w:br/>
      </w:r>
      <w:r>
        <w:rPr>
          <w:b w:val="0"/>
          <w:sz w:val="24"/>
        </w:rPr>
        <w:t>Тел.: +7 910 777-88-99</w:t>
      </w:r>
    </w:p>
    <w:p>
      <w:pPr>
        <w:spacing w:after="40" w:before="0"/>
        <w:jc w:val="center"/>
      </w:pPr>
      <w:r>
        <w:rPr>
          <w:b/>
          <w:sz w:val="28"/>
        </w:rPr>
        <w:t>ЖАЛОБА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Я являюсь родителем (законным представителем) обучающегося (воспитанника) МБОУ «Центр образования № 12» г. Тулы — Фролов Артём Сергеевич, 2 «Б» класс.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в сентябре 2026 года классный руководитель 2 «Б» класса потребовала от родителей сдать по 3 000 рублей на ремонт класса и покупку учебных пособий. Детей, чьи родители не сдали деньги, учитель отчитывает при классе. Моё обращение к директору от 01.10.2026 оставлено без ответа.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Ранее я обращался(-ась): заявление директору от 01.10.2026, однако нарушения не устранены.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Образовательная организация обязана обеспечивать реализацию образовательных программ, безопасные условия обучения и воспитания и соблюдение прав обучающихся и их родителей (ст. 28 Федерального закона № 273-ФЗ «Об образовании в Российской Федерации»). На основании статей 44 и 45 указанного закона и Федерального закона № 59-ФЗ прошу: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1. провести проверку изложенных фактов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2. прекратить незаконные денежные сборы с родителей</w:t>
      </w:r>
    </w:p>
    <w:p>
      <w:pPr>
        <w:spacing w:after="40" w:before="0"/>
        <w:ind w:left="425"/>
        <w:jc w:val="left"/>
      </w:pPr>
      <w:r>
        <w:rPr>
          <w:b w:val="0"/>
          <w:sz w:val="24"/>
        </w:rPr>
        <w:t>3. принять меры к работникам, допустившим нарушение прав ребёнка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О результатах рассмотрения жалобы прошу сообщить мне письменно в течение 30 дней.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17 октября 2026 г.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 / Фролова С. И.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школу или детский сад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